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A-LINE COLLECTION · PENDANTS · INDOOR</w:t>
      </w:r>
    </w:p>
    <w:p>
      <w:r>
        <w:rPr>
          <w:rFonts w:ascii="Aktiv Grotesk" w:hAnsi="Aktiv Grotesk"/>
          <w:sz w:val="56"/>
        </w:rPr>
        <w:t>A-line SP1 D13 White</w:t>
      </w:r>
    </w:p>
    <w:p>
      <w:r>
        <w:t>Powder coated metal ceiling cup. Matt white or black varnished metal diffuser white inside. Power cable coated with fabric.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130 × H min 365 / max 2115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GU10 max 1 × 28W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Yes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0.33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8021696232690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232690</w:t>
            </w:r>
          </w:p>
        </w:tc>
      </w:tr>
    </w:tbl>
    <w:p/>
    <w:p>
      <w:r>
        <w:rPr>
          <w:b/>
        </w:rPr>
        <w:t>UK retail price: £60.00 ex VAT  ·  £72.00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22-07-2026,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A-line SP1 D13 White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