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ACQUA COLLECTION · OUTDOOR LIGHTING</w:t>
      </w:r>
    </w:p>
    <w:p>
      <w:r>
        <w:rPr>
          <w:rFonts w:ascii="Aktiv Grotesk" w:hAnsi="Aktiv Grotesk"/>
          <w:sz w:val="56"/>
        </w:rPr>
        <w:t>Acqua PT1 Coffee</w:t>
      </w:r>
    </w:p>
    <w:p>
      <w:r>
        <w:t>Turned aluminum reflecting body with matt paint, available finishes: anthracite or coffee. Tempered glass diffuser.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135 × H 600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G9 max 1 × 15W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IP44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307879 G9 4.0W 4000K Cri80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8021696246918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246918</w:t>
            </w:r>
          </w:p>
        </w:tc>
      </w:tr>
    </w:tbl>
    <w:p/>
    <w:p>
      <w:r>
        <w:rPr>
          <w:b/>
        </w:rPr>
        <w:t>UK retail price: £160.00 ex VAT  ·  £192.00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Acqua PT1 Coffee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