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AGOS COLLECTION · OUTDOOR LIGHTING</w:t>
      </w:r>
    </w:p>
    <w:p>
      <w:r>
        <w:rPr>
          <w:rFonts w:ascii="Aktiv Grotesk" w:hAnsi="Aktiv Grotesk"/>
          <w:sz w:val="56"/>
        </w:rPr>
        <w:t>Agos PT H60 3000K Black</w:t>
      </w:r>
    </w:p>
    <w:p>
      <w:r>
        <w:t>Powder coated die-cast aluminum body. Satin clear acrylic diffuser. Anthracite, coffee or black color.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95 × H 600 × D 150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Specification</w:t>
            </w:r>
          </w:p>
        </w:tc>
        <w:tc>
          <w:tcPr>
            <w:tcW w:type="dxa" w:w="5046"/>
          </w:tcPr>
          <w:p>
            <w:r>
              <w:t>6,5W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25000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670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560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120*70°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0.95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8021696326696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326696</w:t>
            </w:r>
          </w:p>
        </w:tc>
      </w:tr>
    </w:tbl>
    <w:p/>
    <w:p>
      <w:r>
        <w:rPr>
          <w:b/>
        </w:rPr>
        <w:t>UK retail price: £81.00 ex VAT  ·  £97.20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Agos PT H60 3000K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