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ANGOLO COLLECTION · CEILING LIGHTS · INDOOR</w:t>
      </w:r>
    </w:p>
    <w:p>
      <w:r>
        <w:rPr>
          <w:rFonts w:ascii="Aktiv Grotesk" w:hAnsi="Aktiv Grotesk"/>
          <w:sz w:val="56"/>
        </w:rPr>
        <w:t>Angolo PL3 Brass</w:t>
      </w:r>
    </w:p>
    <w:p>
      <w:r>
        <w:t>Powder-coated or plated metal frame. White blown and acid-etched glass diffusers. Available finishes: black or satin brass.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L 686 × H 250 × D 200 mm  (L length, H height, D depth)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G9 max 3 × 28W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Yes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1.65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8021696284330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284330</w:t>
            </w:r>
          </w:p>
        </w:tc>
      </w:tr>
    </w:tbl>
    <w:p/>
    <w:p>
      <w:r>
        <w:rPr>
          <w:b/>
        </w:rPr>
        <w:t>UK retail price: £185.00 ex VAT  ·  £222.00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23-07-2026,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Angolo PL3 Brass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