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ARCADIA COLLECTION · OUTDOOR LIGHTING</w:t>
      </w:r>
    </w:p>
    <w:p>
      <w:r>
        <w:rPr>
          <w:rFonts w:ascii="Aktiv Grotesk" w:hAnsi="Aktiv Grotesk"/>
          <w:sz w:val="56"/>
        </w:rPr>
        <w:t>Arcadia PT1 White</w:t>
      </w:r>
    </w:p>
    <w:p>
      <w:r>
        <w:t>Powder coated metal base and stem. PMMA white diffuser. Neoprene cable with plug. Finish: white, anthracite.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347 × H 1536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42W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151991 E27 Goccia 09W 4000K Cri80 Bianco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6.5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8021696365749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365749</w:t>
            </w:r>
          </w:p>
        </w:tc>
      </w:tr>
    </w:tbl>
    <w:p/>
    <w:p>
      <w:r>
        <w:rPr>
          <w:b/>
        </w:rPr>
        <w:t>UK retail price: £152.00 ex VAT  ·  £182.40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24-07-2026,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Arcadia PT1 White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