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ARIZONA COLLECTION · CEILING LIGHTS · INDOOR</w:t>
      </w:r>
    </w:p>
    <w:p>
      <w:r>
        <w:rPr>
          <w:rFonts w:ascii="Aktiv Grotesk" w:hAnsi="Aktiv Grotesk"/>
          <w:sz w:val="56"/>
        </w:rPr>
        <w:t>Arizona PL2</w:t>
      </w:r>
    </w:p>
    <w:p>
      <w:r>
        <w:t>Metal frame with satin brass finish. White acid-etched blown glass diffuser with embossed decorative stripes.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320 × H 175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GX53 max 2 × 9W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2.96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8021696214498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214498</w:t>
            </w:r>
          </w:p>
        </w:tc>
      </w:tr>
    </w:tbl>
    <w:p/>
    <w:p>
      <w:r>
        <w:rPr>
          <w:b/>
        </w:rPr>
        <w:t>UK retail price: £225.00 ex VAT  ·  £270.00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22-07-2026,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Arizona PL2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