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ARIZONA COLLECTION · CHANDELIERS · INDOOR</w:t>
      </w:r>
    </w:p>
    <w:p>
      <w:r>
        <w:rPr>
          <w:rFonts w:ascii="Aktiv Grotesk" w:hAnsi="Aktiv Grotesk"/>
          <w:sz w:val="56"/>
        </w:rPr>
        <w:t>Arizona SP5</w:t>
      </w:r>
    </w:p>
    <w:p>
      <w:r>
        <w:t>Metal frame with satin brass finish. White acid-etched blown glass diffuser with embossed decorative stripes.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520 × H min 475 / max 2400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GX53 max 5 × 9W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Yes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6.19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8021696214481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214481</w:t>
            </w:r>
          </w:p>
        </w:tc>
      </w:tr>
    </w:tbl>
    <w:p/>
    <w:p>
      <w:r>
        <w:rPr>
          <w:b/>
        </w:rPr>
        <w:t>UK retail price: £520.00 ex VAT  ·  £624.00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24-07-2026,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Arizona SP5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