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ATENA COLLECTION · OUTDOOR LIGHTING</w:t>
      </w:r>
    </w:p>
    <w:p>
      <w:r>
        <w:rPr>
          <w:rFonts w:ascii="Aktiv Grotesk" w:hAnsi="Aktiv Grotesk"/>
          <w:sz w:val="56"/>
        </w:rPr>
        <w:t>Atena PT1 White</w:t>
      </w:r>
    </w:p>
    <w:p>
      <w:r>
        <w:t>High performance resin body and diffuser: resistant to corrosion, colors stabilized during U.V. rays treatment, resistant to temperatures between -60° C and +90° 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155 × H 800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23W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1.07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8021696198644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198644</w:t>
            </w:r>
          </w:p>
        </w:tc>
      </w:tr>
    </w:tbl>
    <w:p/>
    <w:p>
      <w:r>
        <w:rPr>
          <w:b/>
        </w:rPr>
        <w:t>UK retail price: £87.00 ex VAT  ·  £104.40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Atena PT1 White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