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PAGE COLLECTION · WALL LIGHTS · INDOOR</w:t>
      </w:r>
    </w:p>
    <w:p>
      <w:r>
        <w:rPr>
          <w:rFonts w:ascii="Georgia" w:hAnsi="Georgia"/>
          <w:sz w:val="56"/>
        </w:rPr>
        <w:t>Page AP Round</w:t>
      </w:r>
    </w:p>
    <w:p>
      <w:r>
        <w:t>White or black powder coated aluminum body. Adjustable diffuser with lens and jointed chrome metal piece.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Georgia" w:hAnsi="Georgia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90 × D 130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LED 3W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240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180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0.32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8021696142586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142586</w:t>
            </w:r>
          </w:p>
        </w:tc>
      </w:tr>
    </w:tbl>
    <w:p/>
    <w:p>
      <w:r>
        <w:rPr>
          <w:b/>
        </w:rPr>
        <w:t>UK retail price: £85.00 ex VAT  ·  £102.00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AP Round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